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23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Управление образования МО "Дахадаевский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289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«Кищинская МПГ им. Р. Исаева»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мет. объед. учит.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зам. дир. по УВР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362"/>
        </w:trPr>
        <w:tc>
          <w:tcPr>
            <w:tcW w:type="dxa" w:w="33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______________Муртазалиева П.К.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2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______________Ибрагимов К.М.</w:t>
            </w:r>
          </w:p>
        </w:tc>
        <w:tc>
          <w:tcPr>
            <w:tcW w:type="dxa" w:w="32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______________Касумов Р.О.</w:t>
            </w:r>
          </w:p>
        </w:tc>
      </w:tr>
      <w:tr>
        <w:trPr>
          <w:trHeight w:hRule="exact" w:val="420"/>
        </w:trPr>
        <w:tc>
          <w:tcPr>
            <w:tcW w:type="dxa" w:w="33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2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2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3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80"/>
        </w:trPr>
        <w:tc>
          <w:tcPr>
            <w:tcW w:type="dxa" w:w="33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082022 г.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2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2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3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8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4775162)</w:t>
      </w:r>
    </w:p>
    <w:p>
      <w:pPr>
        <w:autoSpaceDN w:val="0"/>
        <w:autoSpaceDE w:val="0"/>
        <w:widowControl/>
        <w:spacing w:line="230" w:lineRule="auto" w:before="166" w:after="0"/>
        <w:ind w:left="0" w:right="420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курса</w:t>
      </w:r>
    </w:p>
    <w:p>
      <w:pPr>
        <w:autoSpaceDN w:val="0"/>
        <w:autoSpaceDE w:val="0"/>
        <w:widowControl/>
        <w:spacing w:line="230" w:lineRule="auto" w:before="70" w:after="0"/>
        <w:ind w:left="0" w:right="354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«Вероятность и статистика»</w:t>
      </w:r>
    </w:p>
    <w:p>
      <w:pPr>
        <w:autoSpaceDN w:val="0"/>
        <w:autoSpaceDE w:val="0"/>
        <w:widowControl/>
        <w:spacing w:line="230" w:lineRule="auto" w:before="670" w:after="0"/>
        <w:ind w:left="0" w:right="273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9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Гасанова Нури Багаудиновна</w:t>
      </w:r>
    </w:p>
    <w:p>
      <w:pPr>
        <w:autoSpaceDN w:val="0"/>
        <w:autoSpaceDE w:val="0"/>
        <w:widowControl/>
        <w:spacing w:line="230" w:lineRule="auto" w:before="70" w:after="0"/>
        <w:ind w:left="0" w:right="2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математики</w:t>
      </w:r>
    </w:p>
    <w:p>
      <w:pPr>
        <w:autoSpaceDN w:val="0"/>
        <w:autoSpaceDE w:val="0"/>
        <w:widowControl/>
        <w:spacing w:line="230" w:lineRule="auto" w:before="2830" w:after="0"/>
        <w:ind w:left="0" w:right="446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Кища 2022</w:t>
      </w:r>
    </w:p>
    <w:p>
      <w:pPr>
        <w:sectPr>
          <w:pgSz w:w="11900" w:h="16840"/>
          <w:pgMar w:top="298" w:right="874" w:bottom="296" w:left="738" w:header="720" w:footer="720" w:gutter="0"/>
          <w:cols w:space="720" w:num="1" w:equalWidth="0">
            <w:col w:w="10288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ПОЯСНИТЕЛЬНАЯ ЗАПИСКА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КУРСА  "ВЕРОЯТНОСТЬ И СТАТИСТИКА"</w:t>
      </w:r>
    </w:p>
    <w:p>
      <w:pPr>
        <w:autoSpaceDN w:val="0"/>
        <w:autoSpaceDE w:val="0"/>
        <w:widowControl/>
        <w:spacing w:line="288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учебному курсу "Вероятность и статистика" для обучающихся 8 классов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разработана на основе Федерального государственного образовательного стандарта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с учётом и современных мировых требований, предъявляемых к математическому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образованию, и традиций российского образования, которые обеспечивают овладение ключевыми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компетенциями, составляющими основу для непрерывного образования и саморазвития,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целостность общекультурного, личностного и познавательного развития обучающихся. В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учтены идеи и положения Концепции развития математического образования в Российской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Федерации. В эпоху цифровой трансформации всех сфер человеческой деятельности невозможно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стать образованным современным человеком без базовой математической подготовки. Уже в школе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математика служит опорным предметом для изучения смежных дисциплин, а после школы реальной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необходимостью становится непрерывное образование, что требует полноценной базовой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общеобразовательной подготовки, в том числе и математической. Это обусловлено тем, что в наши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дни растёт число профессий, связанных с непосредственным применением математики: и в сфере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экономики, и в бизнесе, и в технологических областях, и даже в гуманитарных сферах. Таким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образом, круг школьников, для которых математика может стать значимым предметом, расширяется.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Практическая полезность математики обусловлена тем, что её предметом являются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фундаментальные структуры нашего мира: пространственные формы и количественные отношения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простейших, усваиваемых в непосредственном опыте, до достаточно сложных, необходимых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научных и прикладных идей. Без конкретных математических знаний затруднено понимание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принципов устройства и использования современной техники, восприятие и интерпретация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разнообразной социальной, экономической, политической информации, малоэффективна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повседневная практическая деятельность. Каждому человеку в своей жизни приходится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расчёты и составлять алгоритмы, находить и применять формулы, владеть практическими приёмами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геометрических измерений и построений, читать информацию, представленную в виде таблиц,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 и графиков, жить в условиях неопределённости и понимать вероятностный характер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случайных событий.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Одновременно с расширением сфер применения математики в современном обществе всё 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важным становится математический стиль мышления, проявляющийся в определённых умственных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навыках. В процессе изучения математики в арсенал приёмов и методов мышления человека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естественным образом включаются индукция и дедукция, обобщение и конкретизация, анализ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синтез, классификация и систематизация, абстрагирование и аналогия. Объекты математических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умозаключений, правила их конструирования раскрывают механизм логических построений,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способствуют выработке умения формулировать, обосновывать и доказывать суждения, тем самым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развивают логическое мышление. Ведущая роль принадлежит математике и в формировании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алгоритмической компоненты мышления и воспитании умений действовать по заданным алгоритмам,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совершенствовать известные и конструировать новые. В процессе решения задач — основой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на уроках математики — развиваются также творческая и прикладная стороны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мышления.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Обучение математике даёт возможность развивать у обучающихся точную, рациональную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информативную речь, умение отбирать наиболее подходящие языковые, символические, графические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 для выражения суждений и наглядного их представления.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Необходимым компонентом общей культуры в современном толковании является общее знакомство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методами познания действительности, представление о предмете и методах математики, их отличий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 методов других естественных и гуманитарных наук, об особенностях применения математики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научных и прикладных задач. Таким образом, математическое образование вносит свой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вклад в формирование общей культуры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также способствует эстетическому воспитанию человека, пониманию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красоты и изящества математических рассуждений, восприятию геометрических форм, усвоению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идеи симметрии.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КУРСА</w:t>
      </w:r>
    </w:p>
    <w:p>
      <w:pPr>
        <w:autoSpaceDN w:val="0"/>
        <w:autoSpaceDE w:val="0"/>
        <w:widowControl/>
        <w:spacing w:line="281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современном цифровом мире вероятность и статистика при обретают всё большую значимость,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 точки зрения практических приложений, так и их роли в образовании, необходимом каждому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человеку. Возрастает число профессий, при овладении которыми требуется хорошая базовая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подготовка в области вероятности и статистики, такая подготовка важна для продолжения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и для успешной профессиональной карьеры.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Каждый человек постоянно принимает решения на основе имеющихся у него данных. А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обоснованного принятия решения в условиях недостатка или избытка информации необходимо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хорошо сформированное вероятностное и статистическое мышление. 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Именно поэтому остро встала необходимость сформировать у обучающихся функциональную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грамотность, включающую в себя в качестве неотъемлемой составляющей умение воспринимать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критически анализировать информацию, представленную в различных формах, понимать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вероятностный характер многих реальных процессов и зависимостей, производить простейшие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вероятностные расчёты. Знакомство с основными принципами сбора, анализа и представления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различных сфер жизни общества и государства приобщает обучающихся к общественным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интересам. Изучение основ комбинаторики развивает навыки организации перебора и подсчёта числа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вариантов, в том числе, в прикладных задачах. Знакомство с основами теории графов создаёт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математический фундамент для формирования компетенций в области информатики и цифровых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технологий. Помимо этого, при изучении статистики и вероятности обогащаются представления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учащихся о современной картине мира и методах его исследования, формируется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статистики как источника социально значимой информации и закладываются основы вероятностного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мышления.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данными целями в структуре программы учебного курса «Вероятность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статистика» основной школы выделены следующие содержательно-методические линии: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линии «Представление данных и описательная статистика» служит основой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навыков работы с информацией: от чтения и интерпретации информации,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представленной в таблицах, на диаграммах и графиках до сбора, представления и анализа данных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статистических характеристик средних и рассеивания. Работая с данными,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учатся считывать и интерпретировать данные, выдвигать, аргументировать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критиковать простейшие гипотезы, размышлять над факторами, вызывающими изменчивость,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влияние на рассматриваемые величины и процессы.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Интуитивное представление о случайной изменчивости, исследование закономерностей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тенденций становится мотивирующей основой для изучения теории вероятностей. Большое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здесь имеют практические задания, в частности опыты с классическими вероятностными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моделями. Понятие вероятности вводится как мера правдоподобия случайного события.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курса обучающиеся знакомятся с простейшими методами вычисления вероятностей в случайных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экспериментах с равновозможными элементарными исходами, вероятностными законами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позволяющими ставить и решать более сложные задачи. В курс входят начальные представления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случайных величинах и их числовых характеристиках.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в рамках этого курса осуществляется знакомство обучающихся с множествами и основными</w:t>
      </w:r>
    </w:p>
    <w:p>
      <w:pPr>
        <w:sectPr>
          <w:pgSz w:w="11900" w:h="16840"/>
          <w:pgMar w:top="286" w:right="642" w:bottom="296" w:left="666" w:header="720" w:footer="720" w:gutter="0"/>
          <w:cols w:space="720" w:num="1" w:equalWidth="0"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операциями над множествами, рассматриваются примеры применения для решения задач,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в других математических курсах и учебных предметах.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КУРСА В УЧЕБНОМ ПЛАНЕ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9 классе изучается курс «Вероятность и статистика», в который входят разделы: «Представление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данных и описательная статистика»; "Геометрическая вероятность"; «Элементы комбинаторики»;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«Испытания Бернулли»; "Случайная величина". На изучение данного курса отводит 1 учебный час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неделю, всего 34 учебных часа в год.</w:t>
      </w:r>
    </w:p>
    <w:p>
      <w:pPr>
        <w:sectPr>
          <w:pgSz w:w="11900" w:h="16840"/>
          <w:pgMar w:top="310" w:right="840" w:bottom="1440" w:left="666" w:header="720" w:footer="720" w:gutter="0"/>
          <w:cols w:space="720" w:num="1" w:equalWidth="0"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КУРСА "ВЕРОЯТНОСТЬ И СТАТИСТИКА"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данных в виде таблиц, диаграмм, графиков, интерпретация данных. Чтение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построение таблиц, диаграмм, графиков по реальным данным.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Перестановки и факториал. Сочетания и число сочетаний. Треугольник Паскаля. Решение задач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комбинаторики.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Геометрическая вероятность. Случайный выбор точки из фигуры на плоскости, из отрезка и из дуги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Испытание. Успех и неудача. Серия испытаний до первого успеха. Серия испытаний Бернулли.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Вероятности событий в серии испытаний Бернулли.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Случайная величина и распределение вероятностей. Математическое ожидание и дисперсия.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математического ожидания как теоретического среднего значения величины.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Математическое ожидание и дисперсия случайной величины «число успехов в серии испытаний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Бернулли».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Понятие о законе больших чисел. Измерение вероятностей с помощью частот. Роль и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закона больших чисел в природе и обществе.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учебного курса «Вероятность и статистика» должно обеспечивать достижение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основного общего образования следующих личностных, метапредметных и предметных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образовательных результатов: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Личностные результаты освоения программы учебного курса «Вероятность и статистика»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характеризуются: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Патриотическое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проявлением интереса к прошлому и настоящему российской математики, ценностным отношением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достижениям российских математиков и российской математической школы, к использованию этих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достижений в других науках и прикладных сферах.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Гражданское и духовно-нравственное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к выполнению обязанностей гражданина и реализации его прав, представлением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 основах функционирования различных структур, явлений, процедур гражданского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(выборы, опросы и пр.);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к обсуждению этических проблем, связанных с практическим применением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достижений науки, осознанием важности морально-этических принципов в деятельности учёного.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Трудовое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установкой на активное участие в решении практических задач математической направленности,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осознанием важности математического образования на протяжении всей жизни для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профессиональной деятельности и развитием необходимых умений;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осознанным выбором и построением индивидуальной траектории образования и жизненных планов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учётом личных интересов и общественных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способностью к эмоциональному и эстетическому восприятию математических объектов,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решений, рассуждений; умению видеть математические закономерности в искусстве.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ориентацией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пониманием математической науки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 человеческой деятельности, этапов её развития и значимости для развития цивилизации;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овладением языком математики и математической культурой как средством познания мира;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овладением простейшими навыками исследовательской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Физическое воспитание, формирование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применять математические знания в интересах своего здоровья, ведения здорового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образа жизни (здоровое питание, сбалансированный режим занятий и отдыха, регулярная физическая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активность); сформированностью навыка рефлексии, признанием своего права на ошибку и такого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Экологическое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ориентацией на применение математических знаний для решения задач в области сохранности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среды; осознанием глобального характера экологических проблем и путей их решения.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условиям социальной и природной среды: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готовностью к действиям в условиях неопределённости, повышению уровня своей</w:t>
      </w:r>
    </w:p>
    <w:p>
      <w:pPr>
        <w:sectPr>
          <w:pgSz w:w="11900" w:h="16840"/>
          <w:pgMar w:top="298" w:right="650" w:bottom="368" w:left="666" w:header="720" w:footer="720" w:gutter="0"/>
          <w:cols w:space="720" w:num="1" w:equalWidth="0"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88" w:right="1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компетентности через практическую деятельность, в том числе умение учиться у других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в совместной деятельности новые знания, навыки и компетенции из опыта других;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необходимостью в формировании новых знаний, в том числе формулировать идеи, понятия,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гипотезы об объектах и явлениях, в том числе ранее не известных, осознавать дефициты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собственных знаний и компетентностей, планировать своё развитие; 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способностью осознавать стрессовую ситуацию, воспринимать стрессовую ситуацию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вызов, требующий контрмер, корректировать принимаемые решения и действия, формулировать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оценивать риски и последствия, формировать опыт.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71" w:lineRule="auto" w:before="168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Метапредметные результаты освоения программы учебного курса «Вероятность и статистика»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характеризуются овладением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универсальными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познавательными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действиями, универсальными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коммуникативными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действиями и универсальными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регулятивными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действиями.</w:t>
      </w:r>
    </w:p>
    <w:p>
      <w:pPr>
        <w:autoSpaceDN w:val="0"/>
        <w:autoSpaceDE w:val="0"/>
        <w:widowControl/>
        <w:spacing w:line="27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Универсальные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 обеспечивают формирование базовых когнитивных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процессов обучающихся (освоение методов познания окружающего мира; применение логических,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исследовательских операций, умений работать с информацией).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76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и характеризовать существенные признаки математических объектов, понятий,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между понятиями; формулировать определения понятий;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существенный признак классификации, основания для обобщения и сравнения, критерии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проводимого анализа;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воспринимать, формулировать и преобразовывать суждения: утвердительные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отрицательные, единичные, частные и общие; условные;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математические закономерности, взаимосвязи и противоречия в фактах, данных,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наблюдениях и утверждениях; предлагать критерии для выявления закономерностей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противоречий;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делать выводы с использованием законов логики, дедуктивных и индуктивных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умозаключений, умозаключений по аналогии;</w:t>
      </w:r>
    </w:p>
    <w:p>
      <w:pPr>
        <w:autoSpaceDN w:val="0"/>
        <w:autoSpaceDE w:val="0"/>
        <w:widowControl/>
        <w:spacing w:line="271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разбирать доказательства математических утверждений (прямые и от противного), проводить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несложные доказательства математических фактов, выстраивать аргументацию,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приводить примеры и контрпримеры; обосновывать собственные рассуждения;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способ решения учебной задачи (сравнивать несколько вариантов решения,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выбирать наиболее подходящий с учётом самостоятельно выделенных критериев).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исследовательские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вопросы как исследовательский инструмент познания; формулировать вопросы,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фиксирующие противоречие, проблему, самостоятельно устанавливать искомое и данное,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формировать гипотезу, аргументировать свою позицию, мнение;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самостоятельно составленному плану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математического объекта, зависимостей объектов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собой;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самостоятельно формулировать обобщения и выводы по результатам проведённого</w:t>
      </w:r>
    </w:p>
    <w:p>
      <w:pPr>
        <w:sectPr>
          <w:pgSz w:w="11900" w:h="16840"/>
          <w:pgMar w:top="286" w:right="762" w:bottom="452" w:left="666" w:header="720" w:footer="720" w:gutter="0"/>
          <w:cols w:space="720" w:num="1" w:equalWidth="0"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наблюдения, исследования, оценивать достоверность полученных результатов,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обобщений;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развитие процесса, а также выдвигать предположения о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развитии в новых условиях.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недостаточность и избыточность информации, данных, необходимых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анализировать, систематизировать и интерпретировать информацию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видов и форм представления;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форму представления информации и иллюстрировать решаемые задачи схемами,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диаграммами, иной графикой и их комбинациями;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информации по критериям, предложенным учителем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сформулированным самостоятельно.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 Универсальные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коммуникативные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 обеспечивают сформированность социальных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навыков обучающихся.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Общение: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 в соответствии с условиями и целями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ясно, точно, грамотно выражать свою точку зрения в устных и письменных текстах, 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пояснения по ходу решения задачи, комментировать полученный результат;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обсуждения задавать вопросы по существу обсуждаемой темы, проблемы, решаемой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высказывать идеи, нацеленные на поиск решения; сопоставлять свои суждения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суждениями других участников диалога, обнаруживать различие и сходство позиций;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корректной форме формулировать разногласия, свои возражения;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результаты решения задачи, эксперимента, исследования, проекта;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аудитории.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Сотрудничество:</w:t>
      </w:r>
    </w:p>
    <w:p>
      <w:pPr>
        <w:autoSpaceDN w:val="0"/>
        <w:autoSpaceDE w:val="0"/>
        <w:widowControl/>
        <w:spacing w:line="262" w:lineRule="auto" w:before="18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математических задач;</w:t>
      </w:r>
    </w:p>
    <w:p>
      <w:pPr>
        <w:autoSpaceDN w:val="0"/>
        <w:autoSpaceDE w:val="0"/>
        <w:widowControl/>
        <w:spacing w:line="271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планировать организацию совместной работы,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виды работ, договариваться, обсуждать процесс и результат работы; обобщать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мнения нескольких людей;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групповых формах работы (обсуждения, обмен мнениями, мозговые штурмы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др.);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свою часть работы и координировать свои действия с другими членами команды;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качество своего вклада в общий продукт по критериям,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участниками взаимодействия.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 Универсальные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 обеспечивают формирование смысловых установок 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жизненных навыков личности.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Самоорганизация:</w:t>
      </w:r>
    </w:p>
    <w:p>
      <w:pPr>
        <w:sectPr>
          <w:pgSz w:w="11900" w:h="16840"/>
          <w:pgMar w:top="286" w:right="844" w:bottom="408" w:left="666" w:header="720" w:footer="720" w:gutter="0"/>
          <w:cols w:space="720" w:num="1" w:equalWidth="0"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план, алгоритм решения задачи (или его часть), выбирать способ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с учётом имеющихся ресурсов и собственных возможностей, аргументировать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варианты решений с учётом новой информации.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Самоконтроль:</w:t>
      </w:r>
    </w:p>
    <w:p>
      <w:pPr>
        <w:autoSpaceDN w:val="0"/>
        <w:autoSpaceDE w:val="0"/>
        <w:widowControl/>
        <w:spacing w:line="262" w:lineRule="auto" w:before="17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способами самопроверки, самоконтроля процесса и результата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математической задачи;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трудности, которые могут возникнуть при решении задачи, вносить коррективы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 на основе новых обстоятельств, найденных ошибок, выявленных трудностей;</w:t>
      </w:r>
    </w:p>
    <w:p>
      <w:pPr>
        <w:autoSpaceDN w:val="0"/>
        <w:autoSpaceDE w:val="0"/>
        <w:widowControl/>
        <w:spacing w:line="271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соответствие результата деятельности поставленной цели и условиям, объяснять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причины достижения или недостижения цели, находить ошибку, давать оценку приобретённому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опыту.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освоения курса «Вероятность и статистика» в 9 классе характеризуются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следующими умениями.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Извлекать и преобразовывать информацию, представленную в различных источниках в виде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таблиц, диаграмм, графиков; представлять данные в виде таблиц, диаграмм, графиков.</w:t>
      </w:r>
    </w:p>
    <w:p>
      <w:pPr>
        <w:autoSpaceDN w:val="0"/>
        <w:autoSpaceDE w:val="0"/>
        <w:widowControl/>
        <w:spacing w:line="262" w:lineRule="auto" w:before="23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Решать задачи организованным перебором вариантов, а также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комбинаторных правил и методов.</w:t>
      </w:r>
    </w:p>
    <w:p>
      <w:pPr>
        <w:autoSpaceDN w:val="0"/>
        <w:autoSpaceDE w:val="0"/>
        <w:widowControl/>
        <w:spacing w:line="262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описательные характеристики для массивов числовых данных,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средние значения и меры рассеивания.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частоты значений и частоты события, в том числе пользуясь результатами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проведённых измерений и наблюдений.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вероятности случайных событий в изученных опытах, в том числе в опытах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равновозможными элементарными событиями, в сериях испытаний до первого успеха, в сериях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испытаний Бернулли.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 случайной величине и о распределении вероятностей.</w:t>
      </w:r>
    </w:p>
    <w:p>
      <w:pPr>
        <w:autoSpaceDN w:val="0"/>
        <w:autoSpaceDE w:val="0"/>
        <w:widowControl/>
        <w:spacing w:line="262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законе больших чисел как о проявлении закономерности в случайной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изменчивости и о роли закона больших чисел в природе и обществе.</w:t>
      </w:r>
    </w:p>
    <w:p>
      <w:pPr>
        <w:sectPr>
          <w:pgSz w:w="11900" w:h="16840"/>
          <w:pgMar w:top="298" w:right="796" w:bottom="1440" w:left="666" w:header="720" w:footer="720" w:gutter="0"/>
          <w:cols w:space="720" w:num="1" w:equalWidth="0"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32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254"/>
            <w:vMerge w:val="restart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680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Повторение курса 8 класса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Представление данных.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03.09.2022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Решать задачи на представление и описание данных;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Описательная  статистика.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10.09.2022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Решать задачи на представление и описание данных;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Операции над событиями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17.09.2022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2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нахождение вероятностей объединения и пересечения событий,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том числе независимых, с использованием графических представлений и дерева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случайного опыта;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Независимость событий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24.09.2022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перечисление комбинаций (числа перестановок, числа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сочетаний), на нахождение вероятностей событий с применением комбинаторики,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том числе с использованием треугольника Паскаля;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348"/>
        </w:trPr>
        <w:tc>
          <w:tcPr>
            <w:tcW w:type="dxa" w:w="368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Элементы комбинаторики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25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Комбинаторное правило умножения.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01.10.2022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36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понятия: комбинаторное правило умножения, упорядоченная пара,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тройка объектов, перестановка, факториал числа, сочетание, число сочетаний,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треугольник Паскаля;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Перестановки.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08.10.2022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применение числа сочетаний в алгебре (сокращённое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умножение, бином Ньютона);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2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Факториал.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Решать, применяя комбинаторику, задачи на вычисление вероятностей, в 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числе с помощью электронных таблиц в ходе практической работы;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Сочетания и число сочетаний.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15.10.2022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применение числа сочетаний в алгебре (сокращённое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умножение, бином Ньютона);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Треугольник Паскаля.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Решать, применяя комбинаторику, задачи на вычисление вероятностей, в 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числе с помощью электронных таблиц в ходе практической работы;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926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Практическая работа «Вычисление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вероятностей с 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комбинаторных функций электронных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таблиц»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22.10.2022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Решать, применяя комбинаторику, задачи на вычисление вероятностей, в 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числе с помощью электронных таблиц в ходе практической работы;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 Решу ОГЭ</w:t>
            </w:r>
          </w:p>
        </w:tc>
      </w:tr>
      <w:tr>
        <w:trPr>
          <w:trHeight w:hRule="exact" w:val="348"/>
        </w:trPr>
        <w:tc>
          <w:tcPr>
            <w:tcW w:type="dxa" w:w="368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Геометрическая вероятность</w:t>
            </w:r>
          </w:p>
        </w:tc>
      </w:tr>
      <w:tr>
        <w:trPr>
          <w:trHeight w:hRule="exact" w:val="52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Геометрическая вероятность.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29.10.2022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Осваивать понятие геометрической вероятности;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46" w:left="666" w:header="720" w:footer="720" w:gutter="0"/>
          <w:cols w:space="720" w:num="1" w:equalWidth="0"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Случайный выбор точки из фигуры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плоскости, из отрезка, из дуги окружности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12.11.2022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нахождение вероятностей в опытах, представимых как выбор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точек из многоугольника, круга, отрезка или дуги окружности, числового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промежутка;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348"/>
        </w:trPr>
        <w:tc>
          <w:tcPr>
            <w:tcW w:type="dxa" w:w="3686"/>
            <w:gridSpan w:val="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Испытания Бернулли</w:t>
            </w:r>
          </w:p>
        </w:tc>
      </w:tr>
      <w:tr>
        <w:trPr>
          <w:trHeight w:hRule="exact" w:val="734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Испытание.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19.11.2022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понятия: испытание, элементарное событие в испытании (успех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неудача), серия испытаний, наступление первого успеха (неудачи), серия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испытаний Бернулли;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Успех и неудача.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26.11.2022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понятия: испытание, элементарное событие в испытании (успех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неудача), серия испытаний, наступление первого успеха (неудачи), серия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испытаний Бернулли;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Серия испытаний до первого успеха.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03.12.2022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понятия: испытание, элементарное событие в испытании (успех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неудача), серия испытаний, наступление первого успеха (неудачи), серия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испытаний Бернулли;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Испытания Бернулли.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10.12.2022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в ходе практической работы, в том числе с помощью цифровых ресурсов,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свойства вероятности в серии испытаний Бернулли;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Вероятности событий в серии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испытаний Бернулли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17.12.2022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в ходе практической работы, в том числе с помощью цифровых ресурсов,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свойства вероятности в серии испытаний Бернулли;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34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4.6.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58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Практическая работа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«Испытания Бернулли»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24.12.2022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нахождение вероятностей элементарных событий в серии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испытаний Бернулли, на нахождение вероятности определённого числа успехов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серии испытаний Бернулли;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348"/>
        </w:trPr>
        <w:tc>
          <w:tcPr>
            <w:tcW w:type="dxa" w:w="368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Случайная величина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Случайная величина и распределение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вероятностей.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14.01.2023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Освоить понятия: случайная величина, значение случайной величины,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распределение вероятностей;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Математическое ожидание и дисперсия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случайной величины.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21.01.2023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понятия: математическое ожидание случайной величины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теоретическое среднее значение, дисперсия случайной величины как аналог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дисперсии числового набора;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Примеры математического ожидания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теоретического среднего значения величины.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28.01.2023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вычисление математического ожидания и дисперсии дискретной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случайной величины по заданному распределению, в том числе задач, связанных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страхованием и лотереями;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2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Понятие о законе больших чисел.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04.02.2023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Знакомиться с законом больших чисел (в форме Бернулли): при большом числе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опытов частота события близка к его вероятности;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25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Измерение вероятностей с помощью частот.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11.02.2023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частоту события в повторяющихся случайных опытах как случайную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величину;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Применение закона больших чисел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18.02.2023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Проверить усвоение знаний учащимися;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"Инфоурок"</w:t>
            </w:r>
          </w:p>
        </w:tc>
      </w:tr>
      <w:tr>
        <w:trPr>
          <w:trHeight w:hRule="exact" w:val="348"/>
        </w:trPr>
        <w:tc>
          <w:tcPr>
            <w:tcW w:type="dxa" w:w="368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Обобщение, контроль 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30" w:left="666" w:header="720" w:footer="720" w:gutter="0"/>
          <w:cols w:space="720" w:num="1" w:equalWidth="0"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Представление данных.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11.03.2023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Повторять изученное и выстраивать систему знаний;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25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Описательная статистика.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01.04.2023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Решать задачи на представление и описание данных;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926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Вероятность случайного события.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15.04.2023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нахождение вероятностей событий, в том числе в опытах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равновозможными элементарными событиями, вероятностей объединения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пересечения событий, вычислять вероятности в опытах с сериями случайных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испытаний;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"Решу ОГЭ"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Элементы комбинаторики.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29.04.2023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Решать задачи на представление и описание данных;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"Инфоурок"</w:t>
            </w:r>
          </w:p>
        </w:tc>
      </w:tr>
      <w:tr>
        <w:trPr>
          <w:trHeight w:hRule="exact" w:val="924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32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Случайные величины и распределения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13.05.2023</w:t>
            </w:r>
          </w:p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на нахождение вероятностей событий, в том числе в опытах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равновозможными элементарными событиями, вероятностей объединения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пересечения событий, вычислять вероятности в опытах с сериями случайных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испытаний;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Сайт "Инфоурок"</w:t>
            </w:r>
          </w:p>
        </w:tc>
      </w:tr>
      <w:tr>
        <w:trPr>
          <w:trHeight w:hRule="exact" w:val="348"/>
        </w:trPr>
        <w:tc>
          <w:tcPr>
            <w:tcW w:type="dxa" w:w="368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6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368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</w:t>
            </w:r>
          </w:p>
        </w:tc>
        <w:tc>
          <w:tcPr>
            <w:tcW w:type="dxa" w:w="9042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Представление данных.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Описательная  статистика.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Операции над событиями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Независимость событий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Комбинаторное правило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умножения.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Перестановки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Сочетания и число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сочетаний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«Вычисление вероятностей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комбинаторных функций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электронных таблиц»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Геометрическая вероятность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Геометрическая вероятность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Случайный выбор точки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фигуры на плоскости,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отрезка, из дуги окружности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Случайный выбор точки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фигуры на плоскости,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отрезка, из дуги окружности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Испытание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Успех и неудача.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24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Серия испытаний до первого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успеха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Испытания Бернулли.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Вероятности событий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серии испытаний Бернулли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работа«Испытания Бернулли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Случайная величина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распределение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вероятностей.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Математическое ожидание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дисперсия случайной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величины.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Примеры математического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ожидания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теоретического среднего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значения величины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Понятие о законе больших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вероятностей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помощью частот.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Применение закона больших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Представление данных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11.03.2023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Представление данных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18.03.2023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Вероятность случайного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события.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Вероятность случайного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события.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6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Элементы комбинаторики.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Элементы комбинаторики.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Случайные величины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распределения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Случайные величины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распределения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02" w:lineRule="auto" w:before="346" w:after="0"/>
        <w:ind w:left="0" w:right="36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Макарычев, Алгебра, 9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37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Методические материалы по книге Макарычева, Алгебра, 9 класс.</w:t>
      </w:r>
    </w:p>
    <w:p>
      <w:pPr>
        <w:autoSpaceDN w:val="0"/>
        <w:autoSpaceDE w:val="0"/>
        <w:widowControl/>
        <w:spacing w:line="300" w:lineRule="auto" w:before="262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Сайт "Решу ОГЭ"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Сайт "Инфоурок"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72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Проектор.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Оборудования нет.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38" w:space="0"/>
            <w:col w:w="10390" w:space="0"/>
            <w:col w:w="10472" w:space="0"/>
            <w:col w:w="10584" w:space="0"/>
            <w:col w:w="10584" w:space="0"/>
            <w:col w:w="10394" w:space="0"/>
            <w:col w:w="10592" w:space="0"/>
            <w:col w:w="10584" w:space="0"/>
            <w:col w:w="10288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0438" w:space="0"/>
        <w:col w:w="10390" w:space="0"/>
        <w:col w:w="10472" w:space="0"/>
        <w:col w:w="10584" w:space="0"/>
        <w:col w:w="10584" w:space="0"/>
        <w:col w:w="10394" w:space="0"/>
        <w:col w:w="10592" w:space="0"/>
        <w:col w:w="10584" w:space="0"/>
        <w:col w:w="1028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